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475831" w14:textId="4A6B609B" w:rsidR="00322978" w:rsidRDefault="008708F7" w:rsidP="008708F7">
      <w:pPr>
        <w:ind w:firstLine="0"/>
        <w:jc w:val="right"/>
      </w:pPr>
      <w:proofErr w:type="spellStart"/>
      <w:r>
        <w:rPr>
          <w:b/>
        </w:rPr>
        <w:t>Директору</w:t>
      </w:r>
      <w:proofErr w:type="spellEnd"/>
      <w:r>
        <w:rPr>
          <w:b/>
        </w:rPr>
        <w:t>______________</w:t>
      </w:r>
      <w:r>
        <w:rPr>
          <w:b/>
        </w:rPr>
        <w:t>____________________</w:t>
      </w:r>
    </w:p>
    <w:p w14:paraId="480F1077" w14:textId="254313C4" w:rsidR="00322978" w:rsidRDefault="008708F7" w:rsidP="008708F7">
      <w:pPr>
        <w:spacing w:after="360"/>
        <w:ind w:firstLine="0"/>
        <w:jc w:val="right"/>
      </w:pPr>
      <w:proofErr w:type="spellStart"/>
      <w:r>
        <w:rPr>
          <w:b/>
        </w:rPr>
        <w:t>від</w:t>
      </w:r>
      <w:proofErr w:type="spellEnd"/>
      <w:r>
        <w:rPr>
          <w:b/>
        </w:rPr>
        <w:t xml:space="preserve"> _</w:t>
      </w:r>
      <w:r>
        <w:rPr>
          <w:b/>
          <w:lang w:val="uk-UA"/>
        </w:rPr>
        <w:t>__</w:t>
      </w:r>
      <w:r>
        <w:rPr>
          <w:b/>
        </w:rPr>
        <w:t>________________________</w:t>
      </w:r>
      <w:r>
        <w:rPr>
          <w:b/>
        </w:rPr>
        <w:t>______________</w:t>
      </w:r>
    </w:p>
    <w:p w14:paraId="04F775B5" w14:textId="77777777" w:rsidR="00322978" w:rsidRDefault="008708F7">
      <w:pPr>
        <w:spacing w:after="240" w:line="240" w:lineRule="auto"/>
        <w:ind w:firstLine="0"/>
        <w:jc w:val="center"/>
      </w:pPr>
      <w:r>
        <w:rPr>
          <w:b/>
        </w:rPr>
        <w:t>ЗАЯВА</w:t>
      </w:r>
    </w:p>
    <w:p w14:paraId="246B5761" w14:textId="77777777" w:rsidR="00322978" w:rsidRDefault="008708F7">
      <w:pPr>
        <w:jc w:val="both"/>
      </w:pPr>
      <w:r>
        <w:t xml:space="preserve">Прошу перевести мою дитину ________________________________, учня/ученицю ___ класу, на сімейну (домашню) форму здобуття повної загальної </w:t>
      </w:r>
      <w:r>
        <w:t>середньої освіти з «_» ____________ 2026 року відповідно до Положення про індивідуальну форму здобуття повної загальної середньої освіти, затвердженого наказом Міністерства освіти і науки України від 12.01.2016 № 8.</w:t>
      </w:r>
    </w:p>
    <w:p w14:paraId="4503E7AC" w14:textId="77777777" w:rsidR="00322978" w:rsidRDefault="008708F7">
      <w:pPr>
        <w:spacing w:before="240"/>
        <w:jc w:val="both"/>
      </w:pPr>
      <w:r>
        <w:t xml:space="preserve">Прошу повідомити графік консультацій та </w:t>
      </w:r>
      <w:r>
        <w:t>підсумкового оцінювання результатів навчання.</w:t>
      </w:r>
    </w:p>
    <w:p w14:paraId="41DB9D9B" w14:textId="77777777" w:rsidR="00322978" w:rsidRDefault="008708F7">
      <w:pPr>
        <w:spacing w:before="360"/>
        <w:ind w:firstLine="0"/>
      </w:pPr>
      <w:r>
        <w:t>Дата ____________________</w:t>
      </w:r>
    </w:p>
    <w:p w14:paraId="213A2145" w14:textId="77777777" w:rsidR="00322978" w:rsidRDefault="008708F7">
      <w:pPr>
        <w:spacing w:before="240"/>
        <w:ind w:firstLine="0"/>
      </w:pPr>
      <w:r>
        <w:t>Підпис __________________</w:t>
      </w:r>
    </w:p>
    <w:sectPr w:rsidR="00322978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22978"/>
    <w:rsid w:val="00326F90"/>
    <w:rsid w:val="008708F7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2753DB3"/>
  <w14:defaultImageDpi w14:val="300"/>
  <w15:docId w15:val="{45966B3D-A939-42E3-B1CE-9066743B5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5" w:semiHidden="1" w:unhideWhenUsed="1"/>
    <w:lsdException w:name="Grid Table Light" w:semiHidden="1" w:unhideWhenUsed="1"/>
    <w:lsdException w:name="Grid Table 1 Light" w:semiHidden="1" w:unhideWhenUsed="1"/>
    <w:lsdException w:name="Grid Table 2" w:semiHidden="1" w:unhideWhenUsed="1"/>
    <w:lsdException w:name="Grid Table 3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0" w:line="360" w:lineRule="auto"/>
      <w:ind w:firstLine="709"/>
    </w:pPr>
    <w:rPr>
      <w:rFonts w:ascii="Times New Roman" w:eastAsia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6">
    <w:name w:val="Верхні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line="240" w:lineRule="auto"/>
    </w:pPr>
  </w:style>
  <w:style w:type="character" w:customStyle="1" w:styleId="a8">
    <w:name w:val="Нижні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  <w:ind w:firstLine="709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і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и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и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и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у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 w:themeColor="text1"/>
    </w:rPr>
  </w:style>
  <w:style w:type="character" w:customStyle="1" w:styleId="af6">
    <w:name w:val="Цитата Знак"/>
    <w:basedOn w:val="a2"/>
    <w:link w:val="af5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8">
    <w:name w:val="Strong"/>
    <w:basedOn w:val="a2"/>
    <w:uiPriority w:val="22"/>
    <w:qFormat/>
    <w:rsid w:val="00FC693F"/>
    <w:rPr>
      <w:b/>
      <w:bCs/>
    </w:rPr>
  </w:style>
  <w:style w:type="character" w:styleId="af9">
    <w:name w:val="Emphasis"/>
    <w:basedOn w:val="a2"/>
    <w:uiPriority w:val="20"/>
    <w:qFormat/>
    <w:rsid w:val="00FC693F"/>
    <w:rPr>
      <w:i/>
      <w:iCs/>
    </w:rPr>
  </w:style>
  <w:style w:type="paragraph" w:styleId="afa">
    <w:name w:val="Intense Quote"/>
    <w:basedOn w:val="a1"/>
    <w:next w:val="a1"/>
    <w:link w:val="afb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b">
    <w:name w:val="Насичена цитата Знак"/>
    <w:basedOn w:val="a2"/>
    <w:link w:val="afa"/>
    <w:uiPriority w:val="30"/>
    <w:rsid w:val="00FC693F"/>
    <w:rPr>
      <w:b/>
      <w:bCs/>
      <w:i/>
      <w:iCs/>
      <w:color w:val="4F81BD" w:themeColor="accent1"/>
    </w:rPr>
  </w:style>
  <w:style w:type="character" w:styleId="afc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d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e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f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f0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1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2">
    <w:name w:val="Table Grid"/>
    <w:basedOn w:val="a3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f3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1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27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37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41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51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61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4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12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28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38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42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52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62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5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13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29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39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43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53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63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4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10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20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30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40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a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10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20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30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40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50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60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7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11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21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31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41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b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11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21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31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41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51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61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8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12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22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32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42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c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12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22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32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42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52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62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a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10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20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30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40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50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60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6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9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2d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3b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44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54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64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7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1a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2e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3c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5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55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65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8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b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2f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3d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46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56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66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9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c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2f0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3e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47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57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67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374</Words>
  <Characters>214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587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Ірина Шмигельська</cp:lastModifiedBy>
  <cp:revision>2</cp:revision>
  <dcterms:created xsi:type="dcterms:W3CDTF">2013-12-23T23:15:00Z</dcterms:created>
  <dcterms:modified xsi:type="dcterms:W3CDTF">2026-09-21T10:35:00Z</dcterms:modified>
  <cp:category/>
</cp:coreProperties>
</file>